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[Nome completo]</w:t>
      </w:r>
    </w:p>
    <w:p>
      <w:r>
        <w:t>[Cidade — UF] · [Telefone] · [Email profissional]</w:t>
      </w:r>
    </w:p>
    <w:p>
      <w:r>
        <w:t>[Link profissional, se tiver e se estiver atualizado]</w:t>
      </w:r>
    </w:p>
    <w:p>
      <w:pPr>
        <w:pStyle w:val="Heading1"/>
      </w:pPr>
      <w:r>
        <w:t>Objetivo</w:t>
      </w:r>
    </w:p>
    <w:p>
      <w:r>
        <w:t>[Função ou área pretendida. Adapte à oportunidade que você está consultando.]</w:t>
      </w:r>
    </w:p>
    <w:p>
      <w:pPr>
        <w:pStyle w:val="Heading1"/>
      </w:pPr>
      <w:r>
        <w:t>Resumo</w:t>
      </w:r>
    </w:p>
    <w:p>
      <w:r>
        <w:t>[Em 2 ou 3 linhas: sua formação, experiência relevante e competências que pode comprovar. Se está começando, diga isso com clareza.]</w:t>
      </w:r>
    </w:p>
    <w:p>
      <w:pPr>
        <w:pStyle w:val="Heading1"/>
      </w:pPr>
      <w:r>
        <w:t>Experiência</w:t>
      </w:r>
    </w:p>
    <w:p>
      <w:r>
        <w:t>[Função] — [Empresa ou organização] | [Mês/ano — mês/ano]</w:t>
      </w:r>
    </w:p>
    <w:p>
      <w:r>
        <w:t>[Descreva uma atividade real, a ferramenta utilizada e o resultado, quando houver evidência. Pode incluir experiência em outro setor, estágio ou projeto.]</w:t>
      </w:r>
    </w:p>
    <w:p>
      <w:pPr>
        <w:pStyle w:val="Heading1"/>
      </w:pPr>
      <w:r>
        <w:t>Formação</w:t>
      </w:r>
    </w:p>
    <w:p>
      <w:r>
        <w:t>[Curso] — [Instituição] | [Concluído em ano / em andamento, previsão de conclusão]</w:t>
      </w:r>
    </w:p>
    <w:p>
      <w:pPr>
        <w:pStyle w:val="Heading1"/>
      </w:pPr>
      <w:r>
        <w:t>Cursos e competências</w:t>
      </w:r>
    </w:p>
    <w:p>
      <w:r>
        <w:t>[Curso ou competência pertinente] — [Instituição / contexto de uso] | [Ano, se aplicável]</w:t>
      </w:r>
    </w:p>
    <w:p>
      <w:r>
        <w:t>[Informe apenas habilitações e certificados que você possui. Não atribua requisitos a todas as empresas.]</w:t>
      </w:r>
    </w:p>
    <w:p>
      <w:pPr>
        <w:pStyle w:val="Heading1"/>
      </w:pPr>
      <w:r>
        <w:t>Disponibilidade, se solicitada</w:t>
      </w:r>
    </w:p>
    <w:p>
      <w:r>
        <w:t>[Informe condições reais e pertinentes à oportunidade. Não prometa mudança, escala ou habilitação que não pode cumprir.]</w:t>
      </w:r>
    </w:p>
    <w:p>
      <w:r>
        <w:t>Antes de enviar: substitua todos os campos entre colchetes, revise os contatos e salve uma cópia adequada ao canal oficial. Não inclua CPF, RG, endereço completo ou dados sensíveis sem necessidade e sem avaliar o destinatário.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0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2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 para mineração</dc:title>
  <dc:subject>Modelo com campos para preencher; sem dados pessoais fictícios</dc:subject>
  <dc:creator>mineria.work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